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332BF" w14:textId="77777777" w:rsidR="00930F33" w:rsidRDefault="00930F33">
      <w:pPr>
        <w:spacing w:after="0"/>
        <w:rPr>
          <w:lang w:eastAsia="zh-CN"/>
        </w:rPr>
      </w:pPr>
    </w:p>
    <w:p w14:paraId="4167D333" w14:textId="60CD1C70" w:rsidR="001A0511" w:rsidRDefault="00000000" w:rsidP="004660AB">
      <w:r>
        <w:rPr>
          <w:rFonts w:ascii="Arial" w:hAnsi="Arial"/>
          <w:sz w:val="48"/>
        </w:rPr>
        <w:t>3b3. f-v-two-exceptions</w:t>
      </w:r>
    </w:p>
    <w:p w14:paraId="471E1B7A" w14:textId="77777777" w:rsidR="001A0511" w:rsidRDefault="001A0511">
      <w:pPr>
        <w:spacing w:after="0"/>
      </w:pPr>
    </w:p>
    <w:p w14:paraId="6910E9E4" w14:textId="77777777" w:rsidR="001A0511" w:rsidRDefault="001A0511">
      <w:pPr>
        <w:spacing w:after="0"/>
      </w:pPr>
    </w:p>
    <w:p w14:paraId="7549CB74" w14:textId="77777777" w:rsidR="00A50459" w:rsidRPr="00A50459" w:rsidRDefault="00A50459" w:rsidP="00A50459">
      <w:pPr>
        <w:rPr>
          <w:rFonts w:ascii="Arial" w:hAnsi="Arial"/>
        </w:rPr>
      </w:pPr>
      <w:r w:rsidRPr="00A50459">
        <w:rPr>
          <w:rFonts w:ascii="Arial" w:hAnsi="Arial"/>
        </w:rPr>
        <w:t>Okay, so I did say that f and v are always f and v. Whenever you see an F letter, it's a f sound. And whenever you see a V letter, it's a v sound. Now, there's actually two exceptions, but there are only two exceptions. These are the words of and have to, as you can see, the word of is spelled o f, but it's actually pronounced with a V sound. So when you say things, like, first of all, that's a lot of problems. It's actually still a V sound, and your lips should vibrate briefly. It might be difficult to hear, but it is a V sound. And it's different from off, so on and off, has an F sound. But with all of its V sound. Secondly, with have to, it's actually an F sound, as you can hear, I have to go. I have to do this. It's an F sound. However, if you say have by itself, it's a V sound. So with obligation, things that you must do, it's actually I have to do that you have to come, they have to tell you, but if it's possession, that's a visa. I have two dogs. I have a problem. I have a dream. So that's a little trick that I'm not sure many people learn in school. People often say have everywhere or they say have everywhere, but there's actually two pronunciations for h a v e. Have for possession and have to in that phrase, when you have to do something, when you're obligated to do something, I have to go and you have to know this</w:t>
      </w:r>
    </w:p>
    <w:p w14:paraId="48E9B01C" w14:textId="4461C184" w:rsidR="001A0511" w:rsidRDefault="001A0511" w:rsidP="00A50459">
      <w:pPr>
        <w:spacing w:after="0"/>
      </w:pPr>
    </w:p>
    <w:sectPr w:rsidR="001A0511" w:rsidSect="001216B9">
      <w:footerReference w:type="even" r:id="rId8"/>
      <w:footerReference w:type="default" r:id="rId9"/>
      <w:pgSz w:w="12240" w:h="15840"/>
      <w:pgMar w:top="1440" w:right="1080" w:bottom="1440" w:left="1080" w:header="720" w:footer="720" w:gutter="0"/>
      <w:pgNumType w:fmt="numberInDash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890A4" w14:textId="77777777" w:rsidR="006334F4" w:rsidRDefault="006334F4">
      <w:pPr>
        <w:spacing w:after="0" w:line="240" w:lineRule="auto"/>
      </w:pPr>
      <w:r>
        <w:separator/>
      </w:r>
    </w:p>
  </w:endnote>
  <w:endnote w:type="continuationSeparator" w:id="0">
    <w:p w14:paraId="46EAACFC" w14:textId="77777777" w:rsidR="006334F4" w:rsidRDefault="006334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372650680"/>
      <w:docPartObj>
        <w:docPartGallery w:val="Page Numbers (Bottom of Page)"/>
        <w:docPartUnique/>
      </w:docPartObj>
    </w:sdtPr>
    <w:sdtContent>
      <w:p w14:paraId="378F2ABD" w14:textId="76D089AA" w:rsidR="001216B9" w:rsidRDefault="001216B9" w:rsidP="00A73672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4660AB">
          <w:rPr>
            <w:rStyle w:val="PageNumber"/>
            <w:noProof/>
          </w:rPr>
          <w:t>- 1 -</w: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937484424"/>
      <w:docPartObj>
        <w:docPartGallery w:val="Page Numbers (Bottom of Page)"/>
        <w:docPartUnique/>
      </w:docPartObj>
    </w:sdtPr>
    <w:sdtContent>
      <w:p w14:paraId="0A675C38" w14:textId="2532E768" w:rsidR="001216B9" w:rsidRDefault="001216B9" w:rsidP="00A73672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4660AB">
          <w:rPr>
            <w:rStyle w:val="PageNumber"/>
            <w:noProof/>
          </w:rPr>
          <w:t>- 1 -</w:t>
        </w:r>
        <w:r>
          <w:rPr>
            <w:rStyle w:val="PageNumber"/>
          </w:rPr>
          <w:fldChar w:fldCharType="end"/>
        </w:r>
      </w:p>
    </w:sdtContent>
  </w:sdt>
  <w:p w14:paraId="3A4995BA" w14:textId="77777777" w:rsidR="001216B9" w:rsidRDefault="001216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Arial" w:hAnsi="Arial" w:cs="Arial"/>
      </w:rPr>
      <w:id w:val="1113323662"/>
      <w:docPartObj>
        <w:docPartGallery w:val="Page Numbers (Bottom of Page)"/>
        <w:docPartUnique/>
      </w:docPartObj>
    </w:sdtPr>
    <w:sdtContent>
      <w:p w14:paraId="4749F2A0" w14:textId="77777777" w:rsidR="001216B9" w:rsidRPr="009C3AF0" w:rsidRDefault="001216B9" w:rsidP="00A73672">
        <w:pPr>
          <w:pStyle w:val="Footer"/>
          <w:framePr w:wrap="none" w:vAnchor="text" w:hAnchor="margin" w:xAlign="center" w:y="1"/>
          <w:rPr>
            <w:rStyle w:val="PageNumber"/>
            <w:rFonts w:ascii="Arial" w:hAnsi="Arial" w:cs="Arial"/>
          </w:rPr>
        </w:pPr>
        <w:r w:rsidRPr="009C3AF0">
          <w:rPr>
            <w:rStyle w:val="PageNumber"/>
            <w:rFonts w:ascii="Arial" w:hAnsi="Arial" w:cs="Arial"/>
          </w:rPr>
          <w:fldChar w:fldCharType="begin"/>
        </w:r>
        <w:r w:rsidRPr="009C3AF0">
          <w:rPr>
            <w:rStyle w:val="PageNumber"/>
            <w:rFonts w:ascii="Arial" w:hAnsi="Arial" w:cs="Arial"/>
          </w:rPr>
          <w:instrText xml:space="preserve"> PAGE </w:instrText>
        </w:r>
        <w:r w:rsidRPr="009C3AF0">
          <w:rPr>
            <w:rStyle w:val="PageNumber"/>
            <w:rFonts w:ascii="Arial" w:hAnsi="Arial" w:cs="Arial"/>
          </w:rPr>
          <w:fldChar w:fldCharType="separate"/>
        </w:r>
        <w:r w:rsidRPr="009C3AF0">
          <w:rPr>
            <w:rStyle w:val="PageNumber"/>
            <w:rFonts w:ascii="Arial" w:hAnsi="Arial" w:cs="Arial"/>
            <w:noProof/>
          </w:rPr>
          <w:t>- 1 -</w:t>
        </w:r>
        <w:r w:rsidRPr="009C3AF0">
          <w:rPr>
            <w:rStyle w:val="PageNumber"/>
            <w:rFonts w:ascii="Arial" w:hAnsi="Arial" w:cs="Arial"/>
          </w:rPr>
          <w:fldChar w:fldCharType="end"/>
        </w:r>
      </w:p>
    </w:sdtContent>
  </w:sdt>
  <w:p w14:paraId="7AEDBF29" w14:textId="5B6B241D" w:rsidR="00930F33" w:rsidRPr="009C3AF0" w:rsidRDefault="001216B9">
    <w:pPr>
      <w:pStyle w:val="Footer"/>
      <w:rPr>
        <w:rFonts w:ascii="Arial" w:hAnsi="Arial" w:cs="Arial"/>
        <w:color w:val="BFBFBF" w:themeColor="background1" w:themeShade="BF"/>
      </w:rPr>
    </w:pPr>
    <w:r w:rsidRPr="009C3AF0">
      <w:rPr>
        <w:rFonts w:ascii="Arial" w:hAnsi="Arial" w:cs="Arial"/>
        <w:color w:val="BFBFBF" w:themeColor="background1" w:themeShade="BF"/>
      </w:rPr>
      <w:ptab w:relativeTo="margin" w:alignment="center" w:leader="none"/>
    </w:r>
    <w:r w:rsidRPr="009C3AF0">
      <w:rPr>
        <w:rFonts w:ascii="Arial" w:hAnsi="Arial" w:cs="Arial"/>
        <w:color w:val="BFBFBF" w:themeColor="background1" w:themeShade="BF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999E4" w14:textId="77777777" w:rsidR="006334F4" w:rsidRDefault="006334F4">
      <w:pPr>
        <w:spacing w:after="0" w:line="240" w:lineRule="auto"/>
      </w:pPr>
      <w:r>
        <w:separator/>
      </w:r>
    </w:p>
  </w:footnote>
  <w:footnote w:type="continuationSeparator" w:id="0">
    <w:p w14:paraId="63A9C783" w14:textId="77777777" w:rsidR="006334F4" w:rsidRDefault="006334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140872488">
    <w:abstractNumId w:val="8"/>
  </w:num>
  <w:num w:numId="2" w16cid:durableId="604312082">
    <w:abstractNumId w:val="6"/>
  </w:num>
  <w:num w:numId="3" w16cid:durableId="1659532743">
    <w:abstractNumId w:val="5"/>
  </w:num>
  <w:num w:numId="4" w16cid:durableId="572737516">
    <w:abstractNumId w:val="4"/>
  </w:num>
  <w:num w:numId="5" w16cid:durableId="389618446">
    <w:abstractNumId w:val="7"/>
  </w:num>
  <w:num w:numId="6" w16cid:durableId="1771048729">
    <w:abstractNumId w:val="3"/>
  </w:num>
  <w:num w:numId="7" w16cid:durableId="1631351605">
    <w:abstractNumId w:val="2"/>
  </w:num>
  <w:num w:numId="8" w16cid:durableId="1069427000">
    <w:abstractNumId w:val="1"/>
  </w:num>
  <w:num w:numId="9" w16cid:durableId="832258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50A6B"/>
    <w:rsid w:val="0006063C"/>
    <w:rsid w:val="00066610"/>
    <w:rsid w:val="001216B9"/>
    <w:rsid w:val="0015074B"/>
    <w:rsid w:val="001A0511"/>
    <w:rsid w:val="00275962"/>
    <w:rsid w:val="0029639D"/>
    <w:rsid w:val="00326F90"/>
    <w:rsid w:val="004660AB"/>
    <w:rsid w:val="004A641F"/>
    <w:rsid w:val="004B593C"/>
    <w:rsid w:val="006334F4"/>
    <w:rsid w:val="006E2A8C"/>
    <w:rsid w:val="007749AF"/>
    <w:rsid w:val="00794EBC"/>
    <w:rsid w:val="00930F33"/>
    <w:rsid w:val="009C3AF0"/>
    <w:rsid w:val="00A12EE5"/>
    <w:rsid w:val="00A50459"/>
    <w:rsid w:val="00AA1D8D"/>
    <w:rsid w:val="00B47730"/>
    <w:rsid w:val="00BA4C2B"/>
    <w:rsid w:val="00BD0140"/>
    <w:rsid w:val="00C24502"/>
    <w:rsid w:val="00CB0664"/>
    <w:rsid w:val="00D57E81"/>
    <w:rsid w:val="00ED324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5AE81D7"/>
  <w14:defaultImageDpi w14:val="300"/>
  <w15:docId w15:val="{BBBC883F-E58E-BB4C-A526-B24797FD0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1216B9"/>
  </w:style>
  <w:style w:type="character" w:styleId="Hyperlink">
    <w:name w:val="Hyperlink"/>
    <w:basedOn w:val="DefaultParagraphFont"/>
    <w:uiPriority w:val="99"/>
    <w:unhideWhenUsed/>
    <w:rsid w:val="006E2A8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2A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411EC8-F1B9-C84B-81E7-620E13BCC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Zain Rasool</cp:lastModifiedBy>
  <cp:revision>10</cp:revision>
  <dcterms:created xsi:type="dcterms:W3CDTF">2019-09-10T23:59:00Z</dcterms:created>
  <dcterms:modified xsi:type="dcterms:W3CDTF">2022-07-22T18:30:00Z</dcterms:modified>
  <cp:category/>
</cp:coreProperties>
</file>